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"הכניסיני תחת כנפך" -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תוכן השיר ואת הבקשה המרכזית של הדובר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המבנה המעגלי ואת אמצעי הלשון בשיר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לנתח את הקשר בין הווידוי לבין הבקשה החוזרת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שתהיה לו אם ואחות ותיתן לו מחסה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הבית האחרון זהה לבית הראשון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את הכוכבים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נעורים ואהבה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היא דמות שאינה מדברת כלל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הגנה ומחסה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מצוין במבנה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הבית החמישי זהה לבית הראשון ויוצר מבנה מעגלי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הדובר הוא אדם בודד ומיואש שמרגיש שהחמיץ את חייו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כל השיר הוא פנייה אחת אינטימית של הדובר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מצוין במבנה החריזה של השיר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יש כאן רמיזה למקרא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מקלט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כוכבים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רחמים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מעגלי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מושגים ואמצעים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(הבית הראשון חוזר בסוף השיר)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(שני בתים בנויים באותו אופן)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(החיק מתואר כמקלט וכקן)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(שאלה שלא מצפים לתשובה עליה)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(קשר ללשון המקרא והתפילה)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סידור שלבי הווידוי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הדובר מבקש מחסה וחום מהנמענת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הדובר מגלה בשעת בין השמשות את סודו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הדובר מספר שלא הכיר נעורים ואהבה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הדובר מסביר שהכוכבים רימו אותו וחלומו עבר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הדובר חוזר על הבקשה מהבית הראשון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התלמיד/ה יסביר שהדובר מחפש הגנה, חום וקבלה ללא תנאים, לא תשוקה. אפשר להזכיר את דימוי הכנף והקן.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יש לקבל תשובה מנומקת המזכירה את שתי האפשרויות - מעגל ללא מוצא, או המשך הפנייה כתקווה.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בקשה למחסה, להיות אם ואחות - חוזרת בבית האחרון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הבית החמישי זהה לראשון, יוצר מסגרת של בקשה-וידוי-בקשה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שאלה רטורית ותקבולת לבית הקודם/הבא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את השיר בקול רם ולהדגיש את הקצב השקט והאינטימי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לדון בזהות הנמענת האפשרית - אישה, אם, שכינה, שירה - ולתת לתלמידים להביע 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להשוות בקצרה לשיר אחר על אכזבה או החמצה כדי להעמיק את ההבנה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"הכניסיני תחת כנפך" - ביאליק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השיר מספר על אדם עצוב שמבקש מאישה שתחבק אותו ותגן עליו כמו אמא או אחות.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מקלט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מקום מוגן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בית קטן של ציפור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נידחות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שנדחו, לא התקבלו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תקבולת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שני חלקים דומים בבנייה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שאלה רטורית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שלא מצפים לתשובה עליה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מבנה מעגלי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כשהסוף חוזר להתחלה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וידוי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סודי ואישי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רמיזה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למקור ידוע כמו התנ״ך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השיר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הדובר רוצה מהאישה?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שתצא איתו למסע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שתהיה לו אם ואחות ותיתן לו מחסה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שתסלח לו על חטא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שתשיר לו שיר ערש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קורה בסוף השיר ביחס להתחלה?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בו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כל בית ארוך מקודמו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הבית האחרון זהה לבית הראשון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כתוב כדיאלוג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מי אשם בכך שהחלום לא התגשם, לפי הדובר?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את הנמענת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את אביו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את עצמו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את הכוכבים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 הדובר מספר שלא חווה?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כסף ורכוש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נעורים ואהבה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חברים ומשפחה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בריאות וכוח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האם הנמענת מדברת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עונה לדובר בכל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דמות שאינה מדברת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מספרת את הסיפור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שרה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הכנף מייצגת?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חופש ותעופה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הגנה ומחסה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עושר וכבוד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נסיעה למקום רחוק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בנוי מחמישה בתים בני ארבעה טורים כל אחד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הבית החמישי שונה לגמרי מהבית הראשון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בשיר הוא אדם צעיר ומאושר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השיר מתאר פנייה אחת ארוכה ושקטה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יש בשיר חריזה בין הטור השני לרביעי בכל בית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הביטוי "תחת כנפך" מזכיר את בקשת רות מבועז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הדובר מבקש מהנמענת שתהיה לו אם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הדובר מבקש שחיקה יהיה __________ לראשו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לפי הדובר, ה__________ רימו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השיר הדובר אומר שאין לו __________ בעולם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השיר נכתב בשעת בין השמשות, שעה של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הבית הראשון חוזר בסוף ויוצר מבנה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מושגים ואמצעים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מבנה מעגלי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קשר ללשון המקרא והתפילה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תקבולת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שאלה שלא מצפים לתשובה עליה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מטפורה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הבית הראשון חוזר בסוף השיר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שאלה רטורית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החיק מתואר כמקלט וכקן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רמיזה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שני בתים בנויים באותו אופן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סידור שלבי הווידוי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מסביר שהכוכבים רימו אותו וחלומו עבר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חוזר על הבקשה מהבית הראשון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מגלה בשעת בין השמשות את סודו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מבקש מחסה וחום מהנמענת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הדובר מספר שלא הכיר נעורים ואהבה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הדובר מבקש להיות לו אם ואחות, ולא אהבה רומנטית. כתבו 4-5 שורות.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האם החזרה על הבית הראשון בסוף השיר מבטאת ייאוש או תקווה? נמקו את עמדתכם.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מבקש הדובר מהנמענת בתחילת השיר ובסופו?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המבנה המעגלי של השיר וכיצד הוא בא לידי ביטוי?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איזה אמצעי אמנותי מופיע בטורים 'אומרים, יש בעולם נעורים - היכן נעורי'?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"הכניסיני תחת כנפך" - ביאליק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