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"הכניסיני תחת כנפך" -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הבקשה המרכזית של הדובר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המבנה המעגלי ואת אמצעי הלשון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הקשר בין הווידוי לבין הבקשה החוזרת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שתהיה לו אם ואחות ותיתן לו מחסה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הבית האחרון זהה לבית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נעורים ואהבה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במבנה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הבית החמישי זהה לבית הראשון ויוצר מבנה מעגלי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השיר הוא פנייה אחת אינטימית של הדובר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(הבית הראשון חוזר בסוף השיר)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(שני בתים בנויים באותו אופן)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(החיק מתואר כמקלט וכקן)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(שאלה שלא מצפים לתשובה עליה)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הווידוי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מבקש מחסה וחום מהנמענת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הדובר מגלה בשעת בין השמשות את סודו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הדובר מספר שלא הכיר נעורים ואהבה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הדובר מסביר שהכוכבים רימו אותו וחלומו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 שהדובר מחפש הגנה, חום וקבלה ללא תנאים, לא תשוקה. אפשר להזכיר את דימוי הכנף והקן.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בקשה למחסה, להיות אם ואחות - חוזרת בבית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הבית החמישי זהה לראשון, יוצר מסגרת של בקשה-וידוי-בקשה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רטורית ותקבולת לבית הקודם/הבא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השיר בקול רם ולהדגיש את הקצב השקט והאינטימי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בזהות הנמענת האפשרית - אישה, אם, שכינה, שירה - ולתת לתלמידים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להשוות בקצרה לשיר אחר על אכזבה או החמצה כדי להעמיק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"הכניסיני תחת כנפך" -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"הכניסיני תחת כנפך" הוא פנייה אחת ארוכה של דובר בודד אל דמות נשית, ובו הוא מבקש ממנה מחסה וחום, ולא אהבה סוערת.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מקלט  ·  דבר  ·  אחות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מבקש הדובר מהנמענת בפתיחת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שתצא איתו למסע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שתהיה לו אם ואחות ותיתן לו מחסה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שתסלח לו על חטא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מיוחד במבנה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בו חריזה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בית ארוך מקודמו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הבית האחרון זהה לבית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הדובר מרגיש שהחמיץ בחייו?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כסף ורכוש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נעורים ואהבה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חברים ומשפחה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בנוי מחמישה בתים בני ארבעה טורים כל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הבית החמישי שונה לגמרי מהבית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מתאר פנייה אחת ארוכה ושקטה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הדובר מבקש מהנמענת שתהיה לו אם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הדובר מבקש שחיקה יהיה __________ לראשו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בסוף השיר הדובר אומר שאין לו __________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מושגים ואמצעים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מבנה מעגלי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החיק מתואר כמקלט וכקן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שאלה שלא מצפים לתשובה עליה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הבית הראשון חוזר בסוף השיר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שני בתים בנויים באותו אופן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 הווידוי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מגלה בשעת בין השמשות את סודו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מבקש מחסה וחום מהנמענת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מסביר שהכוכבים רימו אותו וחלומו עבר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מספר שלא הכיר נעורים ואהבה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הדובר מבקש להיות לו אם ואחות, ולא אהבה רומנטית. כתבו 4-5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מבקש הדובר מהנמענת בתחילת השיר ובסופו?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המבנה המעגלי של השיר וכיצד הוא בא לידי ביטוי?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"הכניסיני תחת כנפך" - ביאליק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